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ספר ולימודים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מילים הקשורות לעולם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מתוך תמונות ורמזים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במילות בית הספר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בדיקה בכתב של הלמידה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שיעורי בית ותרגילים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כשההורים פוגשים את המורה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הציונים וההתקדמות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לנוח, לאכול ולשחק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בקלמר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התעודה, לא המחברת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פגישה בין המורה להורים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הזמן המיועד לכך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שיעורי בית עושים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קלמר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מערכת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שיעורי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(בדיקה בכתב על חומר הלימוד)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(דף שמראה את הציונים)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(פגישה של המורה עם ההורים)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(זמן לנוח ולשחק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(טבלה של השיעורים בכל יום)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סדר היום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לבית הספר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 שיעור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יוצאים להפסקה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מבחן או עובדים במחברת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חוזרים הביתה ועושים שיעורי 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משפטים שמשתמשים נכון במילים הנתונות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וברור של המצב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דף עם הציונים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אילו שיעורים יש בכל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כמו כיתה, מורה,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תמונות המשחק ולבקש לנחש את המילה לפני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מילה לחוויה אישית של התלמידים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ולשחק בחידון הנושא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ספר ולימודים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מילים מעולם בית הספר, כמו שמופיעות במשחקי המילים בתמונות: מבחנים, מחברות, אספות הורים ועוד.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מבחן?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בדיקה בכתב של הלמידה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פגישה עם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כותבים במחברת?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שיעורי בית ותרגילים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לארוחת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מתקיימת אספת הורים?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כשההורים פוגשים את המורה לשיחה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בתוך המבחן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מראה התעודה?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מערכת השעות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הציונים וההתקדמות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שמות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כתובת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משמשת ההפסקה?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מבחן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לנוח, לאכול ולשחק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לפגוש את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שומרים עפרונות ועטים?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בתעודה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בקלמר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במערכת השעות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באספת הורים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מחברת היא דף שמראה את הציונים בסוף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שעות מראה אילו שיעורים יש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אספת הורים היא מבחן שהתלמידים עושים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התלמידים יכולים לנוח ולשחק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שיעורי בית הם עבודה שעושים בכיתה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המבחן חשוב לחזור על החומר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היום הראיתי להורים את ה__________ עם הציונים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בזמן ה__________ אכלתי כריך ושיחקתי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מסדר את העפרונות והעטים ב__________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לדעת מתי יש שיעור ספורט אני מסתכל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אחרי בית הספר אני יושב בבית ועושה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זמן לנוח ולשחק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תעודה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טבלה של השיעורים בכל 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אספת הורים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בדיקה בכתב על חומר הלימוד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פגישה של המורה עם ההורים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מערכת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דף שמראה את הציונים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סדר היום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לומדים שיעור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מבחן או עובדים במחברת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מגיעים לבית הספר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חוזרים הביתה ועושים שיעורי 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'הפסקה' ומשפט אחד עם המילה 'מבחן'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בקצרה איך נראית אצלכם אספת הורים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תעודה?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במערכת שעות?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נוספת שקשורה לבית הספר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ספר ולימודים –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