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ספר ולימודים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מילים הקשורות לעולם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מתוך תמונות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בית הספר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בדיקה בכתב של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שיעורי בית ותרגילים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כשההורים פוגשים את המורה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הציונים וההתקדמות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לנוח, לאכול ולשחק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בקלמר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התעודה, לא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פגישה בין המורה להורים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הזמן המיועד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שיעורי בית עושים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מערכת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שיעורי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(בדיקה בכתב על חומר הלימוד)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(דף שמראה את הציונים)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(פגישה של המורה עם 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(זמן לנוח ולשחק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(טבלה של השיעורים בכל 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סדר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לבית הספר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שיעור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מבחן או עובדים במחברת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הביתה ועושים שיעורי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שמשתמשים נכון במילים הנתונות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וברור של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דף עם הציונים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אילו שיעורים יש בכל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כיתה, מורה,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תמונות המשחק ולבקש לנחש את המילה לפני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מילה לחוויה אישית של התלמידים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ולשחק בחידון הנושא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ספר ולימודים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מבית הספר. יש תמונות עם מילים כמו מבחן, מחברת ואספת הורים.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מבחן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בכתב כדי לראות מה 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דפים שבהם כותבים בשיעורים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אספת הורים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של המורה עם ההורים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שמראה את הציונים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קצר בלי שיעור, לנוח ולשחק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שיעורי 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שעושים בבית אחרי הלימודים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שעות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אילו שיעורים יש בכל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קטן לעפרונות ולעטים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מבחן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בדיקה בכתב של הלמידה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פגישה עם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מחברת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בית ותרגילים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לארוחת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אספת הורים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כשההורים פוגשים את המורה לשיחה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בתעודה כתובים...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מערכת השעות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הציונים וההתקדמות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שמות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כתובת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הפסקה היא זמן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מבחן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לנוח, לאכול ולשחק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לפגוש את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עפרונות שומרים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בקלמר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במערכת השעות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באספת הורים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היא דף שמראה את הציונים בסוף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שעות מראה אילו שיעורים יש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אספת הורים היא מבחן שהתלמידים עושים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התלמידים יכולים לנוח ולשחק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שיעורי בית הם עבודה שעושים בכיתה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המבחן חשוב לחזור על החומר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היום הראיתי להורים את ה__________ עם הציונים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ה__________ אכלתי כריך ושיחקתי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מסדר את העפרונות והעטים ב__________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לדעת מתי יש שיעור ספורט אני מסתכל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 בית הספר אני יושב בבית ועושה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לנוח ולשחק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טבלה של השיעורים בכל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אספת 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דף שמראה את הציונים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פגישה של המורה עם 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מערכת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בדיקה בכתב על חומר הלימוד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סדר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הביתה ועושים שיעורי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מבחן או עובדים במחברת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לבית הספר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שיעור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'הפסקה' ומשפט אחד עם המילה 'מבחן'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איך נראית אצלכם אספת הורים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תעודה?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במערכת 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נוספת שקשורה לבית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ספר ולימודים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