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בית ספר ולימודים – משחקי מילים בתמונות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ולתרגל מילים הקשורות לעולם 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מתוך תמונות ורמזים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נכון במילות בית הספר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בדיקה בכתב של הלמידה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שיעורי בית ותרגילים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כשההורים פוגשים את המורה לשיחה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זו התעודה, לא המחברת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התפקיד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פגישה בין המורה להורים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תעודה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הפסקה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(בדיקה בכתב על חומר הלימוד)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(דף שמראה את הציונים)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(פגישה של המורה עם ההורים)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(זמן לנוח ולשחק בין שיעורים)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סדר היום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מגיעים לבית הספר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לומדים שיעור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יוצאים להפסקה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מבחן או עובדים במחברת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 משפטים שמשתמשים נכון במילים הנתונות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דף עם הציונים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לדעת אילו שיעורים יש בכל 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רלוונטית כמו כיתה, מורה, 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לתלמידים את תמונות המשחק ולבקש לנחש את המילה לפני הפתרון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כל מילה לחוויה אישית של התלמידים בבית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ולשחק בחידון הנושא בסוף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בית ספר ולימודים – משחקי מילים בתמונות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מעולם בית הספר, כמו שמופיעות במשחקי המילים בתמונות: מבחנים, מחברות, אספות הורים ועוד.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מחברת  ·  תעודה  ·  הפסקה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מבחן?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משחק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בדיקה בכתב של הלמידה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פגישה עם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כותבים במחברת?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שיעורי בית ותרגילים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אוכל לארוחת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המורה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מתי מתקיימת אספת הורים?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בחופשת הקיץ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כשההורים פוגשים את המורה לשיחה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בזמן ההפסקה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מחברת היא דף שמראה את הציונים בסוף השנה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מערכת שעות מראה אילו שיעורים יש בכל 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אספת הורים היא מבחן שהתלמידים עושים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המבחן חשוב לחזור על החומר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בסוף היום הראיתי להורים את ה__________ עם הציונים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בזמן ה__________ אכלתי כריך ושיחקתי עם חברים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מבחן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זמן לנוח ולשחק בין שיעורים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תעודה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פגישה של המורה עם ההורים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אספת הורים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דף שמראה את הציונים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הפסקה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בדיקה בכתב על חומר הלימוד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סדר היום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יוצאים להפסקה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מגיעים לבית הספר בבוקר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מבחן או עובדים במחברת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לומדים שיעור 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עם המילה 'הפסקה' ומשפט אחד עם המילה 'מבחן'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תעודה?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משתמשים במערכת שעות?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בית ספר ולימודים – משחקי מילים בתמונות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